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מה תעדיפו?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תחומי התוכן שמהם בנויים מאגרי השאלות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שאלת העדפה ברורה עם שתי אפשרויות תשובה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להצבעה כמו אחוזים, תוצאות וקוד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 הבחירות והדמוקרטיה לבין עקרון ההצבעה הקיים בכלי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ועולם הכיתה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בחירות ודמוקרטיה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ועולם הכיתה – בודקים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קיימת אפשרות 'מסך אחד – בלי אינטרנט, הרמת ידיים, המורה סופרת'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כפתור 'ערבוב' להגדרות הרשימה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ועולם הכיתה – הגדרות ומאגרים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(שאלות על העדפות אישיות והיכרות בין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(שאלות על חיי היומיום והשגרה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(שאלות על ערכים וחוזק נפשי)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(שאלות הקשורות לחגים)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ועולם הכיתה – תרגול 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הוספת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להסתיר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לשון ועברית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לשון ועברית – התאמת סוגי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לשון ועברית – כתיבה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גאוגרפיה וטבע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גאוגרפיה וטבע – בניית שאלות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(ההר הגבוה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(הנהר הארוך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(המדבר החם והגדול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(אגם מים מתוקים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גאוגרפיה וטבע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עם שתי אפשרויות, מבוססת על עובדה גאוגרפית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חגים – התאמה בין חג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(תפוח בדבש)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(ארבעת המינים)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(משלוח מנות)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חגים – זיהוי מנהגים ומאכלים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חגים – חשיבה ויצירת שאלות העדפה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שמשווה בין שני מאכלי חג אמיתיים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ערכים, חוסן ובחירות ודמוקרטיה – היכרות עם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חוסן אישי מתאר יכולת להתמודד עם אתגרים ולחזור לתפקוד גם אחרי כישלון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בדמוקרטיה ההחלטה מתקבלת לפי רוב המצביעים, לא לפי אדם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כבוד הדדי מאפשר הקשבה ושיתוף פעולה גם כשיש חילוקי דעות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ערכים, חוסן ובחירות ודמוקרטיה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ערכים, חוסן ובחירות ודמוקרטיה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קושי בכיתה ופעולה שעזרה להתגבר עליו, כמו התמדה בלימוד נושא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מכל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שני ערכים והסבר קצר לכל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שנכתבה כוללת בדיוק שתי אפשרויות מנוגדות או שונות זו מזו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נבדקת הכרת המושגים היכרות, לשון, גאוגרפיה, חגים, ערכים ובחירות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מוסבר בבירור שבהצבעה מהטלפון יש קוד או QR ובהרמת ידיים המורה סופרת ידנית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ולסיים כל פרק בשאלת העדפה חיה בכיתה בנושא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לבקש לכתוב שתי שאלות העדפה נוספות באותו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לתת רשימת מילים מוכנה לבחירה בכתיבת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בסוף כל פרק הצבעה אמיתית בכיתה כדי לחבר בין התרגול לשימוש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מה תעדיפו?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שאלות לתרגול לפי אחד מתחומי המאגרים באתר מה תעדיפו. קראו את הדוגמאות, השלימו את התרגילים ונסו גם לכתוב שאלת העדפה משלכם באותו 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זכות  ·  הוספת שאלה  ·  להסתיר  ·  רוב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היכרות ועולם הכיתה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שאלות יש במאגר המוכן 'היכרות'?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הוא אחד מהמאגרים המוכנים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בחירות ודמוקרטיה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מתמטיקה מתקדמת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היסטוריה עולמית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היכרות ועולם הכיתה – בודקים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אפשרות להציג את המשחק על מסך אחד בלי אינטרנט, עם הרמת 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 אפשר לערבב את סדר השאלות שנבחרו לרשימה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היכרות ועולם הכיתה – הגדרות ומאגרים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שאלות על חיי היומיום והשגרה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עולם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שאלות על ערכים וחוזק נפשי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ערכים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שאלות הקשורות לחגים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שאלות על העדפות אישיות והיכרות בין 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היכרות ועולם הכיתה – תרגול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להוסיף שאלה משלכם לרשימה לוחצים על הכפתור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שהתלמידים לא יראו את האחוזים עד סוף ההצבעה מסמנים את ההגדרה __________ האחוזים עד ״הצג תוצאות״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לשון ועברית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זמן נכתב הפועל 'הלכתי'?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המילה הנרדפת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לשון ועברית – התאמת סוגי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לשון ועברית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גאוגרפיה וטבע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ים הוא המלוח ביותר מבין הבאים?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יבשת נחשבת לגדולה ביותר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גאוגרפיה וטבע – בניית שאלות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 האוורסט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המדבר החם והגדול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נהר הנילוס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אגם מים מתוקים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מדבר 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ההר הגבוה ביותר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הנהר הארוך ביותר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גאוגרפיה וטבע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השוואה בין שני נהרות או שני הרים שלמדתם עליהם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חגים – התאמה בין חג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משלוח 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סביבון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תפוח בדבש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ארבעת המינים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חגים – זיהוי מנהגים ומאכלים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מאכל אוכלים בחג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סופגניה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קציצה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סלט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חג יושבים בסוכה מחוץ לבית?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חגים – חשיבה ויצירת שאלות העדפה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העדפה בין שני מאכלי חג (למשל סופגניה מול מצה)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ערכים, חוסן ובחירות ודמוקרטיה – היכרות עם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חוסן אישי הוא היכולת להתמודד עם קשיים ולהתאושש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בהצבעה דמוקרטית ההחלטה מתקבלת לפי דעתו של אדם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כבוד הדדי הוא ערך חשוב ביחסים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ערכים, חוסן ובחירות ודמוקרטיה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בבחירות דמוקרטיות לכל אדם יש __________ אחת להצבעה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הקבוצה שמקבלת הכי הרבה קולות בהצבעה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ערכים, חוסן ובחירות ודמוקרטיה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למצב בכיתה שבו הפגנתם חוסן אישי והסבירו מה עשיתם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סגורות מכל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שמתארת פעולה הנעשית בכיתה, כמו 'קורא' או 'כותב'?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ימה מתוקה נמצאת בצפון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חג מדליקים נרות שמונה לילות ברציפות?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ערכים שחשובים לכם בחיי היומיום ונמקו בקצרה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 לכתוב שאלת העדפה עם שתי אפשרויות ברורות בלבד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מכיר את שבעת תחומי התוכן שהוזכרו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מה תעדיפו? הצבעה חיה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