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מה תעדיפו?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תחומי התוכן שמהם בנויים מאגרי השאלות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שאלת העדפה ברורה עם שתי אפשרויות תשובה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להצבעה כמו אחוזים, תוצאות וקוד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 הבחירות והדמוקרטיה לבין עקרון ההצבעה הקיים בכלי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ועולם הכיתה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בחירות ודמוקרטיה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קוד וקוד QR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ועולם הכיתה – בודקים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קיימת אפשרות 'מסך אחד – בלי אינטרנט, הרמת ידיים, המורה סופרת'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כפתור 'ערבוב' להגדרות 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ועולם הכיתה – הגדרות ומאגרים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(שאלות על העדפות אישיות והיכרות בין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(שאלות על חיי היומיום והשגרה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(שאלות על ערכים וחוזק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(שאלות הקשורות לחגים)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(שאלות על תהליכי הצבעה ובחירות)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ועולם הכיתה – תרגול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הוספת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להסתיר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לשון ועברית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לשון ועברית – התאמת סוגי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לשון ועברית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חופשית שמציגה שתי אפשרויות הקשורות למושגי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מציין דבר, שם תואר מתאר את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משפטים נכונים מבחינה דקדוקית, אחד בעבר ואחד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זוג מילים נרדפות וזוג מילים הפוכות תקינים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גאוגרפיה וטבע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גאוגרפיה וטבע – בניית שאלות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(ההר הגבוה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(הנהר הארוך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(המדבר החם והגדול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(אגם מים מתוקים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(בעל החיים המהיר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(המקום הקר ביותר על כדור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גאוגרפיה וטבע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עם שתי אפשרויות, מבוססת על עובדה גאוגרפית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שהמצביעים ילמדו מידע אמיתי ולא יקבלו מידע שגוי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חגים – התאמה בין חג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(תפוח בדבש)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(ארבעת המינים)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(משלוח 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חגים – זיהוי מנהגים ומאכלים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חגים – חשיבה ויצירת שאלות העדפה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שמשווה בין שני מאכלי חג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אישי שמתייחס לטעם או למנהג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הגיונית שמשווה בין שני מנהגים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ציון מאפיין משותף אמיתי, למשל אכילת מאכל מסורתי 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ערכים, חוסן ובחירות ודמוקרטיה – היכרות עם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חוסן אישי מתאר יכולת להתמודד עם אתגרים ולחזור לתפקוד גם אחרי 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ההחלטה מתקבלת לפי רוב המצביעים, לא לפי אדם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כבוד הדדי מאפשר הקשבה ושיתוף פעולה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מיעוט הוא הקבוצה שקיבלה פחות קולות מהרוב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יכולת לראות אפשרויות חדשות ולהאמין שאפשר להשתפר מחזקת את ההתמודדות עם קשיים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ערכים, חוסן ובחירות ודמוקרטיה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ערכים, חוסן ובחירות ודמוקרטיה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קושי בכיתה ופעולה שעזרה להתגבר עליו, כמו התמדה בלימוד נושא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כיבוד דעת המיעוט שומר על כבוד הדדי ומאפשר לכולם להרגיש שייכים גם כשלא כל הרעיונות שלהם התקבלו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הצבעה נותנת לכל תלמיד ותלמידה קול שווה, וההחלטה מתקבלת לפי מה שרוב הכיתה 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ערך כמו הקשבה, אחריות או שיתוף פעולה ודוגמה מהחיים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מכל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התמדה גם כשקשה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הכרעת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להקשיב ולשתף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בחירה או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יש בו הרבה מלח ומינרלים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שני ערכים והסבר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כך כל אדם משפיע על ההחלטות והשלטון נבחר לפי רצון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שם חג ומנהג מתאים, למשל חנוכה והדלקת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שנכתבה כוללת בדיוק שתי אפשרויות מנוגדות או שונות זו מזו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נבדקת הכרת המושגים היכרות, לשון, גאוגרפיה, חגים, ערכים ובחירות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מוסבר בבירור שבהצבעה מהטלפון יש קוד או QR ובהרמת ידיים המורה סופרת ידנית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ולסיים כל פרק בשאלת העדפה חיה בכיתה בנושא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לבקש לכתוב שתי שאלות העדפה נוספות באותו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לתת רשימת מילים מוכנה לבחירה בכתיבת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פרק הצבעה אמיתית בכיתה כדי לחבר בין התרגול לשימוש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מה תעדיפו?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תרגילים על נושא אחד מהאתר. קוראים, פותרים, ואז מנסים לכתוב שאלה דומה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תשובה אחת מתוך שתי אפשרויות שמוצגות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תעדיפו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שאלה שבה בוחרים בין שתי אפשרויות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שאלות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שאלות מוכן לפי נושא, אפשר להוסיף אותו לרשימה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מהמצביעים בחרו בכל תשובה, מתוך 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שמוצג אחרי שכולם הצביעו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מחדש של סדר השאלות ברשימה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קצוב לכל שאלה לפני שעוברים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או QR שדרכו מצביעים מהטלפון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שבה מחליטים לפי דעת הרוב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הרמת ידיים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הצבעה בלי מכשירים, המורה סופרת בעצמה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ועולם הכיתה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במאגר 'היכרות'?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נושא קיים כמאגר 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ודמוקרטיה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 עולמית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להתחיל משחק חי שבו התלמידים מצביעים מהטלפון?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הרמת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 וקוד 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מסך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ועולם הכיתה – בודקים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אפשרות להציג את המשחק על מסך אחד בלי אינטרנט, עם הרמת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לערבב את סדר השאלות שנבחרו לרשימה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ועולם הכיתה – הגדרות ומאגרים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על ערכים וחוזק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על העדפות אישיות והיכרות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ערכים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שאלות על תהליכי הצבעה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על חיי היומיום והשגרה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בחירות ודמוקרטיה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הקשורות לחגים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ועולם הכיתה – תרגול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להוסיף שאלה משלכם לרשימה לוחצים על הכפתור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שהתלמידים לא יראו את האחוזים עד סוף ההצבעה מסמנים את ההגדרה __________ האחוזים עד ״הצג תוצאות״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לשון ועברית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איך משהו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קרתה הפעולה 'הלכתי'?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במשמעות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שם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בעדינות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לשון ועברית – התאמת סוגי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לשון ועברית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'מה תעדיפו' משלכם שעוסקת בנושא לשון, למשל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קצר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בזמן עבר ומשפט אחד בזמן עתיד על אותו 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זוג מילים נרדפות וזוג מילים הפוכות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גאוגרפיה וטבע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ים מלוח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היבשת הכי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חי גם ביבשה וגם במים?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גאוגרפיה וטבע – בניית שאלות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 האוורסט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החיים המהיר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נהר הנילוס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ההר הגבוה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מדבר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הקר ביותר על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המדבר החם והגדול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הברדלס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אגם מים מתוקים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הקוטב הצפוני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הנהר הארוך ביותר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גאוגרפיה וטבע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השוואה בין שני נהרות או שני הרים שלמדתם עליהם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ששאלת השוואה תתבסס על עובדה נכונה ולא על ניחוש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חגים – התאמה בין חג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תפוח בדבש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ארבעת המינים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סביבון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חגים – זיהוי מנהגים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סלט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 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יושבים בסוכה?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קוראים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אוכלים בפסח במקום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חג אוכלים הרבה גבינות?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חגים – חשיבה ויצירת שאלות העדפה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העדפה בין שני מאכלי חג (למשל סופגניה מול מצה)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קצר למה בחרתם במאכל שציינתם בשאלה הקודמת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העדפה בין שני מנהגי חג (למשל תחפושת בפורים מול הדלקת נר בחנוכה)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שני חגים שלמדתם עליהם וכתבו מה משותף לשניהם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ערכים, חוסן ובחירות ודמוקרטיה – היכרות עם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הוא היכולת להתמודד עם קשיים ולהתאושש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בהצבעה דמוקרטית ההחלטה מתקבלת לפי דעתו של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הדדי הוא ערך חשוב ביחסים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מיעוט הוא הקבוצה שקיבלה הכי הרבה קולות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אופטימיות וגמישות מחשבתית יכולות לחזק את החוסן האישי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ערכים, חוסן ובחירות ודמוקרטיה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בבחירות דמוקרטיות לכל אדם יש __________ אחת להצבעה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שמקבלת הכי הרבה קולות בהצבעה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היכולת לקום ולהמשיך קדימה אחרי כישלון נקראת __________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הצבעה שבה אף אחד לא רואה מה כל אחד בחר נקראת הצבעה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ערכים, חוסן ובחירות ודמוקרטיה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למצב בכיתה שבו הפגנתם חוסן אישי והסבירו מה עשיתם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שגם דעת המיעוט תישמע ותכובד גם אחרי שהתקבלה החלטה לפי הרוב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איך הצבעה בכיתה יכולה לעזור לקבל החלטה משותפת בצורה הוגנת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ערך אחד שחשוב לכם בכיתה והסבירו איך הוא בא לידי ביטוי ביום 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 מכל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למילה שמתארת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ימה נמצאת בצפון?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מדליקים נרות שמונה לילות?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מראה חוסן נפשי?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 גם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 מתמיד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להחלטה לפי רוב 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הכרעת מיעוט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הכרעת 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לאווירה טובה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להפריע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הקשר למילה 'לבחור'?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או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קוראים לו 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הרבה מלח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עמוק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בו הרבה דגים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ערכים שחשובים לכם בחיי היומיום ונמקו בקצרה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שבדמוקרטיה כל אזרח יכול להצביע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חג ישראלי אחד וכתבו מנהג אחד שקשור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 לכתוב שאלת העדפה עם שתי אפשרויות ברורות בלבד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 את שבעת תחומי התוכן שהוזכרו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 את ההבדל בין הצבעה עם טלפון לבין הרמת ידיים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מה תעדיפו? הצבעה חיה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