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מה תעדיפו? – הצבעה חיה בכיתה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מה תעדיפו? הצבעה חיה בכיתה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שבעת תחומי התוכן שמהם בנויים מאגרי השאלות באתר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ניסוח שאלת העדפה ברורה עם שתי אפשרויות תשובה בלבד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מושגים הקשורים להצבעה כמו אחוזים, תוצאות וקוד הצבעה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לחבר בין נושא הבחירות והדמוקרטיה לבין עקרון ההצבעה הקיים בכלי עצמו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היכרות ועולם הכיתה – מכירים את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9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בחירות ודמוקרטיה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קוד וקוד QR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היכרות ועולם הכיתה – בודקים ומתאימים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באתר קיימת אפשרות 'מסך אחד – בלי אינטרנט, הרמת ידיים, המורה סופרת'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יש כפתור 'ערבוב' להגדרות הרשימה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היכרות ועולם הכיתה – הגדרות ומאגרים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(שאלות על העדפות אישיות והיכרות בין תלמידים)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(שאלות על חיי היומיום והשגרה בכיתה)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(שאלות על ערכים וחוזק נפשי)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(שאלות הקשורות לחגים)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(שאלות על תהליכי הצבעה ובחירות)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היכרות ועולם הכיתה – תרגול הגדרות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הוספת 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להסתיר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לשון ועברית – מושגי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עבר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עליז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קטן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ספר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לשון ועברית – התאמת סוגי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(כיתה)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(חכם)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(כותב)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(על)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(מהר)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לשון ועברית – כתיבה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שאלה חופשית שמציגה שתי אפשרויות הקשורות למושגי לשון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שם עצם מציין דבר, שם תואר מתאר את הדבר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שני משפטים נכונים מבחינה דקדוקית, אחד בעבר ואחד בעתיד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זוג מילים נרדפות וזוג מילים הפוכות תקינים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גאוגרפיה וטבע – זיהוי עובדות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ים המלח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אסיה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צב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גאוגרפיה וטבע – בניית שאלות השוואה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(ההר הגבוה ביותר בעולם)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ו (הנהר הארוך ביותר בעולם)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(המדבר החם והגדול באפריקה)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(אגם מים מתוקים בישראל)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(בעל החיים המהיר ביבשה)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ג (המקום הקר ביותר על כדור הארץ)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גאוגרפיה וטבע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שאלה ברורה עם שתי אפשרויות, מבוססת על עובדה גאוגרפית 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כדי שהמצביעים ילמדו מידע אמיתי ולא יקבלו מידע שגוי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חגים – התאמה בין חג לסמל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(תפוח בדבש)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(ארבעת המינים)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(סביבון)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(משלוח מנות)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(מצה)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חגים – זיהוי מנהגים ומאכלים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סופגניה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סוכות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מגילת אסתר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מצה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שבועות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חגים – חשיבה ויצירת שאלות העדפה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שאלה הגיונית שמשווה בין שני מאכלי חג אמיתיים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הסבר אישי שמתייחס לטעם או למנהג החג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שאלה הגיונית שמשווה בין שני מנהגים אמיתיים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ציון מאפיין משותף אמיתי, למשל אכילת מאכל מסורתי מיוחד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5 · ערכים, חוסן ובחירות ודמוקרטיה – היכרות עם מושגי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חוסן אישי מתאר יכולת להתמודד עם אתגרים ולחזור לתפקוד גם אחרי כישלון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בדמוקרטיה ההחלטה מתקבלת לפי רוב המצביעים, לא לפי אדם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כבוד הדדי מאפשר הקשבה ושיתוף פעולה גם כשיש חילוקי דעות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מיעוט הוא הקבוצה שקיבלה פחות קולות מהרוב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יכולת לראות אפשרויות חדשות ולהאמין שאפשר להשתפר מחזקת את ההתמודדות עם קשיים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ערכים, חוסן ובחירות ודמוקרטיה – השלמת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זכות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חוסן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חשאית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ערכים, חוסן ובחירות ודמוקרטיה – חשיבה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תיאור מצב קושי בכיתה ופעולה שעזרה להתגבר עליו, כמו התמדה בלימוד נושא קשה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כיבוד דעת המיעוט שומר על כבוד הדדי ומאפשר לכולם להרגיש שייכים גם כשלא כל הרעיונות שלהם התקבלו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הצבעה נותנת לכל תלמיד ותלמידה קול שווה, וההחלטה מתקבלת לפי מה שרוב הכיתה בחרה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תיאור ערך כמו הקשבה, אחריות או שיתוף פעולה ודוגמה מהחיים בכיתה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חזרה מסכמת – שאלות סגורות מכל הנושאים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הכנרת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חנוכה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התמדה גם כשקשה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הכרעת רוב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להקשיב ולשתף פעולה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א – בחירה או הצבעה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א – יש בו הרבה מלח ומינרלים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חזרה מסכמת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עם שני ערכים והסבר קצר לכל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 כך כל אדם משפיע על ההחלטות והשלטון נבחר לפי רצון הרוב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אישית עם שם חג ומנהג מתאים, למשל חנוכה והדלקת נרות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השאלה שנכתבה כוללת בדיוק שתי אפשרויות מנוגדות או שונות זו מזו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נבדקת הכרת המושגים היכרות, לשון, גאוגרפיה, חגים, ערכים ובחירות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מוסבר בבירור שבהצבעה מהטלפון יש קוד או QR ובהרמת ידיים המורה סופרת ידנית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לעבוד פרק אחד בכל שיעור ולסיים כל פרק בשאלת העדפה חיה בכיתה בנושא הנלמד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כדאי לבקש לכתוב שתי שאלות העדפה נוספות באותו 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המתקשים אפשר לתת רשימת מילים מוכנה לבחירה בכתיבת השאלה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לשלב בסוף כל פרק הצבעה אמיתית בכיתה כדי לחבר בין התרגול לשימוש בפועל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מה תעדיפו? – הצבעה חיה בכיתה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מה תעדיפו? הצבעה חיה בכיתה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בכל פרק תמצאו שאלות לתרגול לפי אחד מתחומי המאגרים באתר מה תעדיפו. קראו את הדוגמאות, השלימו את התרגילים ונסו גם לכתוב שאלת העדפה משלכם באותו נושא.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היכרות ועולם הכיתה – מכירים את המשחק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שאלות יש במאגר המוכן 'היכרות'?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מהבאים הוא אחד מהמאגרים המוכנים באתר?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בחירות ודמוקרטיה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מתמטיקה מתקדמת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היסטוריה עולמית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אנגלית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אפשר להתחיל משחק חי שבו התלמידים מצביעים מהטלפון?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הרמת ידיים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קוד וקוד QR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מסך אחד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בלי הצבעה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היכרות ועולם הכיתה – בודקים ומתאימים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יש אפשרות להציג את המשחק על מסך אחד בלי אינטרנט, עם הרמת ידיים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 אפשר לערבב את סדר השאלות שנבחרו לרשימה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היכרות ועולם הכיתה – הגדרות ומאגרים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היכרות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שאלות על חיי היומיום והשגרה בכיתה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עולם הכיתה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שאלות על תהליכי הצבעה ובחירות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ערכים וחוסן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שאלות על העדפות אישיות והיכרות בין תלמידים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חגים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שאלות על ערכים וחוזק נפשי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בחירות ודמוקרטיה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שאלות הקשורות לחגים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1 · היכרות ועולם הכיתה – תרגול הגדרות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כדי להוסיף שאלה משלכם לרשימה לוחצים על הכפתור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כדי שהתלמידים לא יראו את האחוזים עד סוף ההצבעה מסמנים את ההגדרה __________ האחוזים עד ״הצג תוצאות״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לשון ועברית – מושגי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מהמילים הבאה היא שם תואר?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שולחן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באיזה זמן נכתב הפועל 'הלכתי'?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עתיד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ציווי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המילה הנרדפת ל'שמח'?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עצוב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עליז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כועס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עייף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ההפך מהמילה 'גדול'?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רחב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מהמילים היא שם עצם?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בעדינות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לשון ועברית – התאמת סוגי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שם עצם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מהר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שם תואר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כותב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פועל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על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מילת יחס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חכם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תואר הפועל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כיתה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לשון ועברית – כתיבה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שאלת 'מה תעדיפו' משלכם שעוסקת בנושא לשון, למשל בין שם עצם לשם תואר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במשפט קצר מה ההבדל בין שם עצם לשם תואר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משפט אחד בזמן עבר ומשפט אחד בזמן עתיד על אותו נושא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בחרו זוג מילים נרדפות וזוג מילים הפוכות וכתבו אותן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גאוגרפיה וטבע – זיהוי עובדות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ים הוא המלוח ביותר מבין הבאים?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ים המלח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ים התיכון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הים האדום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הכנרת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יבשת נחשבת לגדולה ביותר בעולם?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אסיה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אירופה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אפריקה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אוסטרליה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בעל חיים יודע לחיות גם ביבשה וגם במים?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זברה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גאוגרפיה וטבע – בניית שאלות השוואה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הר האוורסט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המדבר החם והגדול באפריקה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נהר הנילוס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ההר הגבוה ביותר בעולם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מדבר סהרה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המקום הקר ביותר על כדור הארץ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הכנרת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בעל החיים המהיר ביבשה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הברדלס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אגם מים מתוקים בישראל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הקוטב הצפוני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הנהר הארוך ביותר בעולם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גאוגרפיה וטבע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שאלת השוואה בין שני נהרות או שני הרים שלמדתם עליהם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מדוע חשוב ששאלת השוואה תתבסס על עובדה נכונה ולא על ניחוש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4 · חגים – התאמה בין חג לסמל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ראש השנה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ארבעת המינים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סוכות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מצה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חנוכה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תפוח בדבש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פורים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סביבון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פסח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משלוח מנות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חגים – זיהוי מנהגים ומאכלים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מאכל אוכלים בחג החנוכה?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סופגניה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קציצה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סלט ירקות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מרק עוף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באיזה חג יושבים בסוכה מחוץ לבית?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פסח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סוכות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שבועות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קוראים בבית הכנסת בחג פורים?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מגילת אסתר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ספר תהלים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ההגדה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סידור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מאכל הוא סמל מרכזי לחג הפסח?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לחם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עוגה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באיזה חג נהוג לאכול בעיקר מאכלי חלב?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שבועות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חנוכה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פסח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חגים – חשיבה ויצירת שאלות העדפה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שאלת העדפה בין שני מאכלי חג (למשל סופגניה מול מצה)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במשפט קצר למה בחרתם במאכל שציינתם בשאלה הקודמת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שאלת העדפה בין שני מנהגי חג (למשל תחפושת בפורים מול הדלקת נר בחנוכה)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בחרו שני חגים שלמדתם עליהם וכתבו מה משותף לשניהם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5 · ערכים, חוסן ובחירות ודמוקרטיה – היכרות עם מושגי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חוסן אישי הוא היכולת להתמודד עם קשיים ולהתאושש מהם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בהצבעה דמוקרטית ההחלטה מתקבלת לפי דעתו של אדם אחד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כבוד הדדי הוא ערך חשוב ביחסים בין אנשים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מיעוט הוא הקבוצה שקיבלה הכי הרבה קולות בהצבעה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אופטימיות וגמישות מחשבתית יכולות לחזק את החוסן האישי שלנו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ערכים, חוסן ובחירות ודמוקרטיה – השלמת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בבחירות דמוקרטיות לכל אדם יש __________ אחת להצבעה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הקבוצה שמקבלת הכי הרבה קולות בהצבעה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היכולת לקום ולהמשיך קדימה אחרי כישלון נקראת __________ 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הצבעה שבה אף אחד לא רואה מה כל אחד בחר נקראת הצבעה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ערכים, חוסן ובחירות ודמוקרטיה – חשיבה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תנו דוגמה למצב בכיתה שבו הפגנתם חוסן אישי והסבירו מה עשיתם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למה חשוב שגם דעת המיעוט תישמע ותכובד גם אחרי שהתקבלה החלטה לפי הרוב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איך הצבעה בכיתה יכולה לעזור לקבל החלטה משותפת בצורה הוגנת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תארו ערך אחד שחשוב לכם בכיתה והסבירו איך הוא בא לידי ביטוי ביום יום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חזרה מסכמת – שאלות סגורות מכל הנושאים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מילה שמתארת פעולה הנעשית בכיתה, כמו 'קורא' או 'כותב'?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שם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תואר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מילת יחס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ימה מתוקה נמצאת בצפון הארץ?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ים המלח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הכנרת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ים סוף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הים התיכון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באיזה חג מדליקים נרות שמונה לילות ברציפות?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פסח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חנוכה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שבועות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תכונה מבטאת חוסן נפשי?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ויתור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התמדה גם כשקשה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כעס מיידי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פחד מתמיד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איך נקרא העיקרון שלפיו מחליטים לפי הדעה שקיבלה הכי הרבה קולות?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הכרעת מיעוט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הכרעת רוב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הגרלה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מינוי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חשוב לעשות כדי לשמור על אווירה טובה בכיתה?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להפריע לאחרים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להקשיב ולשתף פעולה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להתעלם מהחברים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לצעוק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איזה נושא מתאים לשורש ב.ח.ר?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בחירה או הצבעה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כתיבה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קריאה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ריצה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מדוע ים המלח נקרא בשם הזה?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יש בו הרבה מלח ומינרלים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קר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עמוק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יש בו הרבה דגים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חזרה מסכמת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שני ערכים שחשובים לכם בחיי היומיום ונמקו בקצרה למה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למה חשוב שבדמוקרטיה כל אזרח יכול להצביע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תארו חג ישראלי אחד וכתבו מנהג אחד שקשור אליו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יודע לכתוב שאלת העדפה עם שתי אפשרויות ברורות בלבד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מכיר את שבעת תחומי התוכן שהוזכרו בחוברת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מבין את ההבדל בין הצבעה עם טלפון לבין הרמת ידיים בכיתה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מה תעדיפו? הצבעה חיה בכיתה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